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Layout w:type="fixed"/>
        <w:tblInd w:w="0" w:type="dxa"/>
        <w:tblBorders>
          <w:top w:val="dashed" w:sz="4" w:space="0" w:color="888888"/>
          <w:left w:val="dashed" w:sz="4" w:space="0" w:color="888888"/>
          <w:bottom w:val="dashed" w:sz="4" w:space="0" w:color="888888"/>
          <w:right w:val="dashed" w:sz="4" w:space="0" w:color="888888"/>
          <w:insideH w:val="dashed" w:sz="4" w:space="0" w:color="888888"/>
          <w:insideV w:val="dashed" w:sz="4" w:space="0" w:color="88888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760"/>
        <w:gridCol w:w="5760"/>
      </w:tblGrid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  <w:tr>
        <w:trPr>
          <w:trHeight w:val="1800" w:hRule="exact"/>
        </w:trPr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  <w:tc>
          <w:tcPr>
            <w:tcW w:type="dxa" w:w="576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8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4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8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56"/>
              </w:rPr>
              <w:t>$0.00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360" w:bottom="360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Shelf strips 4 x 1.25 in (16 per letter sheet, cut)</dc:title>
  <dc:subject/>
  <dc:creator>ShelfTagMaker.com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